
<file path=[Content_Types].xml><?xml version="1.0" encoding="utf-8"?>
<Types xmlns="http://schemas.openxmlformats.org/package/2006/content-types">
  <Default Extension="pn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64710" w:rsidRPr="00F164D0" w:rsidRDefault="00000000">
      <w:pPr>
        <w:pStyle w:val="Heading1"/>
        <w:rPr>
          <w:rFonts w:ascii="Arial" w:hAnsi="Arial" w:cs="Arial"/>
        </w:rPr>
      </w:pPr>
      <w:r w:rsidRPr="00F164D0">
        <w:rPr>
          <w:rFonts w:ascii="Arial" w:hAnsi="Arial" w:cs="Arial"/>
        </w:rPr>
        <w:t>Creating a New Old Sturbridge Village Membership Account</w:t>
      </w:r>
    </w:p>
    <w:p w:rsidR="00764710" w:rsidRPr="00F164D0" w:rsidRDefault="00000000">
      <w:pPr>
        <w:pStyle w:val="Heading2"/>
        <w:rPr>
          <w:rFonts w:ascii="Arial" w:hAnsi="Arial" w:cs="Arial"/>
        </w:rPr>
      </w:pPr>
      <w:r w:rsidRPr="00F164D0">
        <w:rPr>
          <w:rFonts w:ascii="Arial" w:hAnsi="Arial" w:cs="Arial"/>
        </w:rPr>
        <w:t>Learn how to register a new account on the Old Sturbridge Village ticket portal to manage your membership access. This guide provides a simple walkthrough of the verification process to help you get logged in quickly and securely.</w:t>
      </w:r>
    </w:p>
    <w:p w:rsidR="00764710" w:rsidRPr="00F164D0" w:rsidRDefault="00000000">
      <w:pPr>
        <w:pStyle w:val="Heading1"/>
        <w:rPr>
          <w:rFonts w:ascii="Arial" w:hAnsi="Arial" w:cs="Arial"/>
        </w:rPr>
      </w:pPr>
      <w:r w:rsidRPr="00F164D0">
        <w:rPr>
          <w:rFonts w:ascii="Arial" w:hAnsi="Arial" w:cs="Arial"/>
        </w:rPr>
        <w:t>Account Registration</w:t>
      </w:r>
    </w:p>
    <w:p w:rsidR="00764710" w:rsidRPr="00F164D0" w:rsidRDefault="00000000">
      <w:pPr>
        <w:pStyle w:val="ListNumber"/>
        <w:keepNext/>
        <w:rPr>
          <w:rFonts w:ascii="Arial" w:hAnsi="Arial" w:cs="Arial"/>
        </w:rPr>
      </w:pPr>
      <w:r w:rsidRPr="00F164D0">
        <w:rPr>
          <w:rFonts w:ascii="Arial" w:hAnsi="Arial" w:cs="Arial"/>
        </w:rPr>
        <w:t xml:space="preserve">Navigate to </w:t>
      </w:r>
      <w:hyperlink r:id="rId8">
        <w:r w:rsidRPr="00F164D0">
          <w:rPr>
            <w:rFonts w:ascii="Arial" w:hAnsi="Arial" w:cs="Arial"/>
            <w:u w:val="single"/>
          </w:rPr>
          <w:t>https://osv.ticketapp.org/portal/pages/tickets</w:t>
        </w:r>
      </w:hyperlink>
    </w:p>
    <w:p w:rsidR="00764710" w:rsidRPr="00F164D0" w:rsidRDefault="00000000">
      <w:pPr>
        <w:rPr>
          <w:rFonts w:ascii="Arial" w:hAnsi="Arial" w:cs="Arial"/>
        </w:rPr>
      </w:pPr>
      <w:r w:rsidRPr="00F164D0">
        <w:rPr>
          <w:rFonts w:ascii="Arial" w:hAnsi="Arial" w:cs="Arial"/>
          <w:noProof/>
        </w:rPr>
        <w:drawing>
          <wp:inline distT="0" distB="0" distL="0" distR="0">
            <wp:extent cx="5486400" cy="306217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638864928eb4a40a77e79b6c50aba94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62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4710" w:rsidRPr="00F164D0" w:rsidRDefault="00000000">
      <w:pPr>
        <w:pStyle w:val="ListNumber"/>
        <w:keepNext/>
        <w:rPr>
          <w:rFonts w:ascii="Arial" w:hAnsi="Arial" w:cs="Arial"/>
        </w:rPr>
      </w:pPr>
      <w:r w:rsidRPr="00F164D0">
        <w:rPr>
          <w:rFonts w:ascii="Arial" w:hAnsi="Arial" w:cs="Arial"/>
        </w:rPr>
        <w:lastRenderedPageBreak/>
        <w:t>Open the My Account menu.</w:t>
      </w:r>
    </w:p>
    <w:p w:rsidR="00764710" w:rsidRPr="00F164D0" w:rsidRDefault="00000000">
      <w:pPr>
        <w:rPr>
          <w:rFonts w:ascii="Arial" w:hAnsi="Arial" w:cs="Arial"/>
        </w:rPr>
      </w:pPr>
      <w:r w:rsidRPr="00F164D0">
        <w:rPr>
          <w:rFonts w:ascii="Arial" w:hAnsi="Arial" w:cs="Arial"/>
          <w:noProof/>
        </w:rPr>
        <w:drawing>
          <wp:inline distT="0" distB="0" distL="0" distR="0">
            <wp:extent cx="5486400" cy="306217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081511ae79a4118a0d1e21120cbe036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62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4710" w:rsidRPr="00F164D0" w:rsidRDefault="00000000">
      <w:pPr>
        <w:pStyle w:val="ListNumber"/>
        <w:keepNext/>
        <w:rPr>
          <w:rFonts w:ascii="Arial" w:hAnsi="Arial" w:cs="Arial"/>
        </w:rPr>
      </w:pPr>
      <w:r w:rsidRPr="00F164D0">
        <w:rPr>
          <w:rFonts w:ascii="Arial" w:hAnsi="Arial" w:cs="Arial"/>
        </w:rPr>
        <w:t>In the dropdown menu, select Create Account.</w:t>
      </w:r>
    </w:p>
    <w:p w:rsidR="00764710" w:rsidRPr="00F164D0" w:rsidRDefault="00000000">
      <w:pPr>
        <w:rPr>
          <w:rFonts w:ascii="Arial" w:hAnsi="Arial" w:cs="Arial"/>
        </w:rPr>
      </w:pPr>
      <w:r w:rsidRPr="00F164D0">
        <w:rPr>
          <w:rFonts w:ascii="Arial" w:hAnsi="Arial" w:cs="Arial"/>
          <w:noProof/>
        </w:rPr>
        <w:drawing>
          <wp:inline distT="0" distB="0" distL="0" distR="0">
            <wp:extent cx="5486400" cy="306217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44776cae63140e78bbb29cd5adb071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62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4710" w:rsidRPr="00F164D0" w:rsidRDefault="00000000">
      <w:pPr>
        <w:pStyle w:val="ListNumber"/>
        <w:keepNext/>
        <w:rPr>
          <w:rFonts w:ascii="Arial" w:hAnsi="Arial" w:cs="Arial"/>
        </w:rPr>
      </w:pPr>
      <w:r w:rsidRPr="00F164D0">
        <w:rPr>
          <w:rFonts w:ascii="Arial" w:hAnsi="Arial" w:cs="Arial"/>
        </w:rPr>
        <w:lastRenderedPageBreak/>
        <w:t>Enter your first and last name.</w:t>
      </w:r>
    </w:p>
    <w:p w:rsidR="00764710" w:rsidRPr="00F164D0" w:rsidRDefault="00000000">
      <w:pPr>
        <w:rPr>
          <w:rFonts w:ascii="Arial" w:hAnsi="Arial" w:cs="Arial"/>
        </w:rPr>
      </w:pPr>
      <w:r w:rsidRPr="00F164D0">
        <w:rPr>
          <w:rFonts w:ascii="Arial" w:hAnsi="Arial" w:cs="Arial"/>
          <w:noProof/>
        </w:rPr>
        <w:drawing>
          <wp:inline distT="0" distB="0" distL="0" distR="0">
            <wp:extent cx="5486400" cy="3062177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569439bf404330997ecef202c8a580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62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4710" w:rsidRPr="00F164D0" w:rsidRDefault="00000000">
      <w:pPr>
        <w:pStyle w:val="ListNumber"/>
        <w:keepNext/>
        <w:rPr>
          <w:rFonts w:ascii="Arial" w:hAnsi="Arial" w:cs="Arial"/>
        </w:rPr>
      </w:pPr>
      <w:r w:rsidRPr="00F164D0">
        <w:rPr>
          <w:rFonts w:ascii="Arial" w:hAnsi="Arial" w:cs="Arial"/>
        </w:rPr>
        <w:t>Enter your email address.</w:t>
      </w:r>
    </w:p>
    <w:p w:rsidR="00764710" w:rsidRPr="00F164D0" w:rsidRDefault="00000000">
      <w:pPr>
        <w:rPr>
          <w:rFonts w:ascii="Arial" w:hAnsi="Arial" w:cs="Arial"/>
        </w:rPr>
      </w:pPr>
      <w:r w:rsidRPr="00F164D0">
        <w:rPr>
          <w:rFonts w:ascii="Arial" w:hAnsi="Arial" w:cs="Arial"/>
          <w:noProof/>
        </w:rPr>
        <w:drawing>
          <wp:inline distT="0" distB="0" distL="0" distR="0">
            <wp:extent cx="5486400" cy="3062177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6bec2b8230747988ea3b24633e5b6ba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62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4710" w:rsidRPr="00F164D0" w:rsidRDefault="00000000">
      <w:pPr>
        <w:pStyle w:val="ListNumber"/>
        <w:keepNext/>
        <w:rPr>
          <w:rFonts w:ascii="Arial" w:hAnsi="Arial" w:cs="Arial"/>
        </w:rPr>
      </w:pPr>
      <w:r w:rsidRPr="00F164D0">
        <w:rPr>
          <w:rFonts w:ascii="Arial" w:hAnsi="Arial" w:cs="Arial"/>
        </w:rPr>
        <w:lastRenderedPageBreak/>
        <w:t>Enter your phone number. Note if it is a cell phone, you can receive text messages.</w:t>
      </w:r>
    </w:p>
    <w:p w:rsidR="00764710" w:rsidRPr="00F164D0" w:rsidRDefault="00000000">
      <w:pPr>
        <w:rPr>
          <w:rFonts w:ascii="Arial" w:hAnsi="Arial" w:cs="Arial"/>
        </w:rPr>
      </w:pPr>
      <w:r w:rsidRPr="00F164D0">
        <w:rPr>
          <w:rFonts w:ascii="Arial" w:hAnsi="Arial" w:cs="Arial"/>
          <w:noProof/>
        </w:rPr>
        <w:drawing>
          <wp:inline distT="0" distB="0" distL="0" distR="0">
            <wp:extent cx="5486400" cy="3066164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390642e8e0a4b7a96a91085cdb25205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66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4710" w:rsidRPr="00F164D0" w:rsidRDefault="00000000">
      <w:pPr>
        <w:pStyle w:val="Heading1"/>
        <w:rPr>
          <w:rFonts w:ascii="Arial" w:hAnsi="Arial" w:cs="Arial"/>
        </w:rPr>
      </w:pPr>
      <w:r w:rsidRPr="00F164D0">
        <w:rPr>
          <w:rFonts w:ascii="Arial" w:hAnsi="Arial" w:cs="Arial"/>
        </w:rPr>
        <w:t>Verification Setup</w:t>
      </w:r>
    </w:p>
    <w:p w:rsidR="00764710" w:rsidRPr="00F164D0" w:rsidRDefault="00000000">
      <w:pPr>
        <w:pStyle w:val="ListNumber"/>
        <w:keepNext/>
        <w:rPr>
          <w:rFonts w:ascii="Arial" w:hAnsi="Arial" w:cs="Arial"/>
        </w:rPr>
      </w:pPr>
      <w:r w:rsidRPr="00F164D0">
        <w:rPr>
          <w:rFonts w:ascii="Arial" w:hAnsi="Arial" w:cs="Arial"/>
        </w:rPr>
        <w:t>Check off the “I'm not a robot” reCAPTCHA.</w:t>
      </w:r>
    </w:p>
    <w:p w:rsidR="00764710" w:rsidRPr="00F164D0" w:rsidRDefault="00000000">
      <w:pPr>
        <w:rPr>
          <w:rFonts w:ascii="Arial" w:hAnsi="Arial" w:cs="Arial"/>
        </w:rPr>
      </w:pPr>
      <w:r w:rsidRPr="00F164D0">
        <w:rPr>
          <w:rFonts w:ascii="Arial" w:hAnsi="Arial" w:cs="Arial"/>
          <w:noProof/>
        </w:rPr>
        <w:drawing>
          <wp:inline distT="0" distB="0" distL="0" distR="0">
            <wp:extent cx="5486400" cy="3066164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0fc82e7e2374cb2ad01ad1f0bc6c2a6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66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4710" w:rsidRPr="00F164D0" w:rsidRDefault="00000000">
      <w:pPr>
        <w:pStyle w:val="ListNumber"/>
        <w:keepNext/>
        <w:rPr>
          <w:rFonts w:ascii="Arial" w:hAnsi="Arial" w:cs="Arial"/>
        </w:rPr>
      </w:pPr>
      <w:r w:rsidRPr="00F164D0">
        <w:rPr>
          <w:rFonts w:ascii="Arial" w:hAnsi="Arial" w:cs="Arial"/>
        </w:rPr>
        <w:lastRenderedPageBreak/>
        <w:t>Click "Continue"</w:t>
      </w:r>
    </w:p>
    <w:p w:rsidR="00764710" w:rsidRPr="00F164D0" w:rsidRDefault="00000000">
      <w:pPr>
        <w:rPr>
          <w:rFonts w:ascii="Arial" w:hAnsi="Arial" w:cs="Arial"/>
        </w:rPr>
      </w:pPr>
      <w:r w:rsidRPr="00F164D0">
        <w:rPr>
          <w:rFonts w:ascii="Arial" w:hAnsi="Arial" w:cs="Arial"/>
          <w:noProof/>
        </w:rPr>
        <w:drawing>
          <wp:inline distT="0" distB="0" distL="0" distR="0">
            <wp:extent cx="5486400" cy="3063937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5c66461b184b0d97d9cf578ab75d4b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63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4710" w:rsidRPr="00F164D0" w:rsidRDefault="00000000">
      <w:pPr>
        <w:pStyle w:val="ListNumber"/>
        <w:keepNext/>
        <w:rPr>
          <w:rFonts w:ascii="Arial" w:hAnsi="Arial" w:cs="Arial"/>
        </w:rPr>
      </w:pPr>
      <w:r w:rsidRPr="00F164D0">
        <w:rPr>
          <w:rFonts w:ascii="Arial" w:hAnsi="Arial" w:cs="Arial"/>
        </w:rPr>
        <w:t>Select your preferred verification option.</w:t>
      </w:r>
    </w:p>
    <w:p w:rsidR="00764710" w:rsidRPr="00F164D0" w:rsidRDefault="00000000">
      <w:pPr>
        <w:rPr>
          <w:rFonts w:ascii="Arial" w:hAnsi="Arial" w:cs="Arial"/>
        </w:rPr>
      </w:pPr>
      <w:r w:rsidRPr="00F164D0">
        <w:rPr>
          <w:rFonts w:ascii="Arial" w:hAnsi="Arial" w:cs="Arial"/>
          <w:noProof/>
        </w:rPr>
        <w:drawing>
          <wp:inline distT="0" distB="0" distL="0" distR="0">
            <wp:extent cx="5486400" cy="3062177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26889b5f8cd45299ba1cbf3b5460182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62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4710" w:rsidRPr="00F164D0" w:rsidRDefault="00000000">
      <w:pPr>
        <w:pStyle w:val="ListNumber"/>
        <w:keepNext/>
        <w:rPr>
          <w:rFonts w:ascii="Arial" w:hAnsi="Arial" w:cs="Arial"/>
        </w:rPr>
      </w:pPr>
      <w:r w:rsidRPr="00F164D0">
        <w:rPr>
          <w:rFonts w:ascii="Arial" w:hAnsi="Arial" w:cs="Arial"/>
        </w:rPr>
        <w:lastRenderedPageBreak/>
        <w:t>Click "Send Verification." Then check your email address or cell phone for the verification code.</w:t>
      </w:r>
    </w:p>
    <w:p w:rsidR="00764710" w:rsidRPr="00F164D0" w:rsidRDefault="00000000">
      <w:pPr>
        <w:rPr>
          <w:rFonts w:ascii="Arial" w:hAnsi="Arial" w:cs="Arial"/>
        </w:rPr>
      </w:pPr>
      <w:r w:rsidRPr="00F164D0">
        <w:rPr>
          <w:rFonts w:ascii="Arial" w:hAnsi="Arial" w:cs="Arial"/>
          <w:noProof/>
        </w:rPr>
        <w:drawing>
          <wp:inline distT="0" distB="0" distL="0" distR="0">
            <wp:extent cx="5486400" cy="3063937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4e7c43aafdd43f1a30f200dbec42a14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63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4710" w:rsidRPr="00F164D0" w:rsidRDefault="00000000">
      <w:pPr>
        <w:pStyle w:val="Heading1"/>
        <w:rPr>
          <w:rFonts w:ascii="Arial" w:hAnsi="Arial" w:cs="Arial"/>
        </w:rPr>
      </w:pPr>
      <w:r w:rsidRPr="00F164D0">
        <w:rPr>
          <w:rFonts w:ascii="Arial" w:hAnsi="Arial" w:cs="Arial"/>
        </w:rPr>
        <w:t>Email Verification</w:t>
      </w:r>
    </w:p>
    <w:p w:rsidR="00764710" w:rsidRPr="00F164D0" w:rsidRDefault="00000000">
      <w:pPr>
        <w:pStyle w:val="ListNumber"/>
        <w:keepNext/>
        <w:rPr>
          <w:rFonts w:ascii="Arial" w:hAnsi="Arial" w:cs="Arial"/>
        </w:rPr>
      </w:pPr>
      <w:r w:rsidRPr="00F164D0">
        <w:rPr>
          <w:rFonts w:ascii="Arial" w:hAnsi="Arial" w:cs="Arial"/>
        </w:rPr>
        <w:t>Enter and submit the verification code that was sent to either your email address or cell phone.</w:t>
      </w:r>
    </w:p>
    <w:p w:rsidR="00764710" w:rsidRPr="00F164D0" w:rsidRDefault="00000000">
      <w:pPr>
        <w:rPr>
          <w:rFonts w:ascii="Arial" w:hAnsi="Arial" w:cs="Arial"/>
        </w:rPr>
      </w:pPr>
      <w:r w:rsidRPr="00F164D0">
        <w:rPr>
          <w:rFonts w:ascii="Arial" w:hAnsi="Arial" w:cs="Arial"/>
          <w:noProof/>
        </w:rPr>
        <w:drawing>
          <wp:inline distT="0" distB="0" distL="0" distR="0">
            <wp:extent cx="5486400" cy="3066164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c751200d69347b3a971162ebca48ea5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66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4710" w:rsidRPr="00F164D0" w:rsidRDefault="00000000">
      <w:pPr>
        <w:pStyle w:val="Heading1"/>
        <w:rPr>
          <w:rFonts w:ascii="Arial" w:hAnsi="Arial" w:cs="Arial"/>
        </w:rPr>
      </w:pPr>
      <w:r w:rsidRPr="00F164D0">
        <w:rPr>
          <w:rFonts w:ascii="Arial" w:hAnsi="Arial" w:cs="Arial"/>
        </w:rPr>
        <w:lastRenderedPageBreak/>
        <w:t>Password Creation</w:t>
      </w:r>
    </w:p>
    <w:p w:rsidR="00764710" w:rsidRPr="00F164D0" w:rsidRDefault="00000000">
      <w:pPr>
        <w:pStyle w:val="ListNumber"/>
        <w:keepNext/>
        <w:rPr>
          <w:rFonts w:ascii="Arial" w:hAnsi="Arial" w:cs="Arial"/>
        </w:rPr>
      </w:pPr>
      <w:r w:rsidRPr="00F164D0">
        <w:rPr>
          <w:rFonts w:ascii="Arial" w:hAnsi="Arial" w:cs="Arial"/>
        </w:rPr>
        <w:t>Create a Password and enter it into both fields.</w:t>
      </w:r>
    </w:p>
    <w:p w:rsidR="00764710" w:rsidRPr="00F164D0" w:rsidRDefault="00000000">
      <w:pPr>
        <w:rPr>
          <w:rFonts w:ascii="Arial" w:hAnsi="Arial" w:cs="Arial"/>
        </w:rPr>
      </w:pPr>
      <w:r w:rsidRPr="00F164D0">
        <w:rPr>
          <w:rFonts w:ascii="Arial" w:hAnsi="Arial" w:cs="Arial"/>
          <w:noProof/>
        </w:rPr>
        <w:drawing>
          <wp:inline distT="0" distB="0" distL="0" distR="0">
            <wp:extent cx="5486400" cy="3066164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76f660542b14fb89fcdb03c44e87a9c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66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4710" w:rsidRPr="00F164D0" w:rsidRDefault="00000000">
      <w:pPr>
        <w:rPr>
          <w:rFonts w:ascii="Arial" w:hAnsi="Arial" w:cs="Arial"/>
        </w:rPr>
      </w:pPr>
      <w:r w:rsidRPr="00F164D0">
        <w:rPr>
          <w:rFonts w:ascii="Arial" w:hAnsi="Arial" w:cs="Arial"/>
          <w:noProof/>
        </w:rPr>
        <w:drawing>
          <wp:inline distT="0" distB="0" distL="0" distR="0">
            <wp:extent cx="5486400" cy="3063937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5accde5c6654c069ad184c1aabf96ed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63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4710" w:rsidRPr="00F164D0" w:rsidRDefault="00000000">
      <w:pPr>
        <w:pStyle w:val="ListNumber"/>
        <w:keepNext/>
        <w:rPr>
          <w:rFonts w:ascii="Arial" w:hAnsi="Arial" w:cs="Arial"/>
        </w:rPr>
      </w:pPr>
      <w:r w:rsidRPr="00F164D0">
        <w:rPr>
          <w:rFonts w:ascii="Arial" w:hAnsi="Arial" w:cs="Arial"/>
        </w:rPr>
        <w:lastRenderedPageBreak/>
        <w:t>Click "Create Account and Login."</w:t>
      </w:r>
    </w:p>
    <w:p w:rsidR="00764710" w:rsidRPr="00F164D0" w:rsidRDefault="00000000">
      <w:pPr>
        <w:rPr>
          <w:rFonts w:ascii="Arial" w:hAnsi="Arial" w:cs="Arial"/>
        </w:rPr>
      </w:pPr>
      <w:r w:rsidRPr="00F164D0">
        <w:rPr>
          <w:rFonts w:ascii="Arial" w:hAnsi="Arial" w:cs="Arial"/>
          <w:noProof/>
        </w:rPr>
        <w:drawing>
          <wp:inline distT="0" distB="0" distL="0" distR="0">
            <wp:extent cx="5486400" cy="3066164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53ddac06a284824b08a5e3872dbcca8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66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4710" w:rsidRPr="00F164D0" w:rsidRDefault="00000000">
      <w:pPr>
        <w:pStyle w:val="ListNumber"/>
        <w:keepNext/>
        <w:rPr>
          <w:rFonts w:ascii="Arial" w:hAnsi="Arial" w:cs="Arial"/>
        </w:rPr>
      </w:pPr>
      <w:r w:rsidRPr="00F164D0">
        <w:rPr>
          <w:rFonts w:ascii="Arial" w:hAnsi="Arial" w:cs="Arial"/>
        </w:rPr>
        <w:t>Click "Done." Congratulations, you have created an account!</w:t>
      </w:r>
    </w:p>
    <w:p w:rsidR="00764710" w:rsidRPr="00F164D0" w:rsidRDefault="00000000">
      <w:pPr>
        <w:rPr>
          <w:rFonts w:ascii="Arial" w:hAnsi="Arial" w:cs="Arial"/>
        </w:rPr>
      </w:pPr>
      <w:r w:rsidRPr="00F164D0">
        <w:rPr>
          <w:rFonts w:ascii="Arial" w:hAnsi="Arial" w:cs="Arial"/>
          <w:noProof/>
        </w:rPr>
        <w:drawing>
          <wp:inline distT="0" distB="0" distL="0" distR="0">
            <wp:extent cx="5486400" cy="3063937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598608bab3c44b0bb1ac8c7c82ed109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63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64710" w:rsidRPr="00F164D0" w:rsidSect="00F164D0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D0417" w:rsidRDefault="00ED0417" w:rsidP="00D73AB5">
      <w:pPr>
        <w:spacing w:after="0" w:line="240" w:lineRule="auto"/>
      </w:pPr>
      <w:r>
        <w:separator/>
      </w:r>
    </w:p>
  </w:endnote>
  <w:endnote w:type="continuationSeparator" w:id="0">
    <w:p w:rsidR="00ED0417" w:rsidRDefault="00ED0417" w:rsidP="00D73A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73AB5" w:rsidRDefault="00D73AB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73AB5" w:rsidRDefault="00D73AB5" w:rsidP="00D73AB5">
    <w:pPr>
      <w:pStyle w:val="Footer"/>
      <w:jc w:val="center"/>
    </w:pPr>
    <w:r>
      <w:t xml:space="preserve">Questions? Contact </w:t>
    </w:r>
    <w:r w:rsidRPr="00D73AB5">
      <w:t>membership@osv.org</w:t>
    </w:r>
    <w:r>
      <w:t xml:space="preserve"> or </w:t>
    </w:r>
    <w:r w:rsidRPr="00D73AB5">
      <w:t>1-508-347-0210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73AB5" w:rsidRDefault="00D73A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D0417" w:rsidRDefault="00ED0417" w:rsidP="00D73AB5">
      <w:pPr>
        <w:spacing w:after="0" w:line="240" w:lineRule="auto"/>
      </w:pPr>
      <w:r>
        <w:separator/>
      </w:r>
    </w:p>
  </w:footnote>
  <w:footnote w:type="continuationSeparator" w:id="0">
    <w:p w:rsidR="00ED0417" w:rsidRDefault="00ED0417" w:rsidP="00D73A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73AB5" w:rsidRDefault="00D73AB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73AB5" w:rsidRDefault="00D73AB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73AB5" w:rsidRDefault="00D73AB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02497938">
    <w:abstractNumId w:val="8"/>
  </w:num>
  <w:num w:numId="2" w16cid:durableId="1974362321">
    <w:abstractNumId w:val="6"/>
  </w:num>
  <w:num w:numId="3" w16cid:durableId="916284631">
    <w:abstractNumId w:val="5"/>
  </w:num>
  <w:num w:numId="4" w16cid:durableId="1065449500">
    <w:abstractNumId w:val="4"/>
  </w:num>
  <w:num w:numId="5" w16cid:durableId="939603155">
    <w:abstractNumId w:val="7"/>
  </w:num>
  <w:num w:numId="6" w16cid:durableId="919018873">
    <w:abstractNumId w:val="3"/>
  </w:num>
  <w:num w:numId="7" w16cid:durableId="1574003857">
    <w:abstractNumId w:val="2"/>
  </w:num>
  <w:num w:numId="8" w16cid:durableId="260916978">
    <w:abstractNumId w:val="1"/>
  </w:num>
  <w:num w:numId="9" w16cid:durableId="17417091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764710"/>
    <w:rsid w:val="00AA1D8D"/>
    <w:rsid w:val="00B47730"/>
    <w:rsid w:val="00C9026F"/>
    <w:rsid w:val="00CB0664"/>
    <w:rsid w:val="00D73AB5"/>
    <w:rsid w:val="00ED0417"/>
    <w:rsid w:val="00F164D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A948800"/>
  <w14:defaultImageDpi w14:val="300"/>
  <w15:docId w15:val="{A63FA56D-D3E7-A34E-B52E-E5D8B60A0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D73AB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3A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v.ticketapp.org/portal/pages/tickets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header" Target="header3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160</Words>
  <Characters>1013</Characters>
  <Application>Microsoft Office Word</Application>
  <DocSecurity>0</DocSecurity>
  <Lines>14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Maryann Gubala</cp:lastModifiedBy>
  <cp:revision>2</cp:revision>
  <cp:lastPrinted>2026-10-08T15:01:00Z</cp:lastPrinted>
  <dcterms:created xsi:type="dcterms:W3CDTF">2026-10-09T19:31:00Z</dcterms:created>
  <dcterms:modified xsi:type="dcterms:W3CDTF">2026-10-09T19:31:00Z</dcterms:modified>
  <cp:category/>
</cp:coreProperties>
</file>